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14B77" w14:textId="77777777" w:rsidR="00B8719A" w:rsidRDefault="003B4297">
      <w:pPr>
        <w:spacing w:after="40" w:line="240" w:lineRule="auto"/>
        <w:jc w:val="right"/>
      </w:pPr>
      <w:r>
        <w:rPr>
          <w:i/>
          <w:sz w:val="22"/>
        </w:rPr>
        <w:t>Form 02</w:t>
      </w:r>
    </w:p>
    <w:p w14:paraId="0E191470" w14:textId="77777777" w:rsidR="00B8719A" w:rsidRDefault="003B4297">
      <w:pPr>
        <w:spacing w:before="20" w:after="20" w:line="240" w:lineRule="auto"/>
        <w:jc w:val="center"/>
      </w:pPr>
      <w:r>
        <w:rPr>
          <w:b/>
          <w:sz w:val="29"/>
        </w:rPr>
        <w:t>BRIEF SUMMARY OF PROPOSED RESEARCH DIRECTION</w:t>
      </w:r>
    </w:p>
    <w:p w14:paraId="7331B811" w14:textId="77777777" w:rsidR="00B8719A" w:rsidRDefault="003B4297">
      <w:pPr>
        <w:spacing w:after="20" w:line="240" w:lineRule="auto"/>
        <w:jc w:val="center"/>
      </w:pPr>
      <w:r>
        <w:rPr>
          <w:b/>
          <w:sz w:val="27"/>
        </w:rPr>
        <w:t>COTUTELLE PhD PROGRAMME</w:t>
      </w:r>
    </w:p>
    <w:p w14:paraId="556F6AE5" w14:textId="77777777" w:rsidR="00B8719A" w:rsidRDefault="003B4297">
      <w:pPr>
        <w:spacing w:after="100" w:line="240" w:lineRule="auto"/>
        <w:jc w:val="center"/>
      </w:pPr>
      <w:r>
        <w:rPr>
          <w:b/>
        </w:rPr>
        <w:t>University of Economics - The University of Danang (DUE) &amp; University of Lodz, Poland</w:t>
      </w:r>
    </w:p>
    <w:tbl>
      <w:tblPr>
        <w:tblW w:w="0" w:type="auto"/>
        <w:jc w:val="center"/>
        <w:tblLayout w:type="fixed"/>
        <w:tblLook w:val="04A0" w:firstRow="1" w:lastRow="0" w:firstColumn="1" w:lastColumn="0" w:noHBand="0" w:noVBand="1"/>
      </w:tblPr>
      <w:tblGrid>
        <w:gridCol w:w="10086"/>
      </w:tblGrid>
      <w:tr w:rsidR="00B8719A" w14:paraId="6AB8B643" w14:textId="77777777">
        <w:trPr>
          <w:jc w:val="center"/>
        </w:trPr>
        <w:tc>
          <w:tcPr>
            <w:tcW w:w="10086" w:type="dxa"/>
            <w:shd w:val="clear" w:color="auto" w:fill="F5F5F5"/>
            <w:tcMar>
              <w:top w:w="90" w:type="dxa"/>
              <w:left w:w="130" w:type="dxa"/>
              <w:bottom w:w="90" w:type="dxa"/>
              <w:right w:w="130" w:type="dxa"/>
            </w:tcMar>
          </w:tcPr>
          <w:p w14:paraId="2E64C3CF" w14:textId="77777777" w:rsidR="00B8719A" w:rsidRDefault="003B4297">
            <w:pPr>
              <w:spacing w:line="252" w:lineRule="auto"/>
            </w:pPr>
            <w:r>
              <w:rPr>
                <w:b/>
                <w:sz w:val="21"/>
              </w:rPr>
              <w:t xml:space="preserve">Instructions: </w:t>
            </w:r>
            <w:r>
              <w:rPr>
                <w:sz w:val="21"/>
              </w:rPr>
              <w:t>Please prepare this summary in English. The main text should normally be 1-2 A4 pages, excluding key references. The summary should present a clear, feasible research direction and demonstrate its suitability for joint supervision under the Cotutelle PhD arrangement.</w:t>
            </w:r>
          </w:p>
        </w:tc>
      </w:tr>
    </w:tbl>
    <w:p w14:paraId="4B350EEB" w14:textId="77777777" w:rsidR="00B8719A" w:rsidRDefault="00B8719A">
      <w:pPr>
        <w:spacing w:after="60" w:line="240" w:lineRule="auto"/>
      </w:pPr>
    </w:p>
    <w:tbl>
      <w:tblPr>
        <w:tblStyle w:val="TableGrid"/>
        <w:tblW w:w="0" w:type="auto"/>
        <w:jc w:val="center"/>
        <w:tblLayout w:type="fixed"/>
        <w:tblLook w:val="04A0" w:firstRow="1" w:lastRow="0" w:firstColumn="1" w:lastColumn="0" w:noHBand="0" w:noVBand="1"/>
      </w:tblPr>
      <w:tblGrid>
        <w:gridCol w:w="2835"/>
        <w:gridCol w:w="6803"/>
      </w:tblGrid>
      <w:tr w:rsidR="00B8719A" w14:paraId="5C8178F8" w14:textId="77777777">
        <w:trPr>
          <w:jc w:val="center"/>
        </w:trPr>
        <w:tc>
          <w:tcPr>
            <w:tcW w:w="2835" w:type="dxa"/>
            <w:shd w:val="clear" w:color="auto" w:fill="F2F2F2"/>
            <w:tcMar>
              <w:top w:w="75" w:type="dxa"/>
              <w:left w:w="100" w:type="dxa"/>
              <w:bottom w:w="75" w:type="dxa"/>
              <w:right w:w="100" w:type="dxa"/>
            </w:tcMar>
            <w:vAlign w:val="center"/>
          </w:tcPr>
          <w:p w14:paraId="4D8A1A66" w14:textId="77777777" w:rsidR="00B8719A" w:rsidRDefault="003B4297">
            <w:r>
              <w:rPr>
                <w:b/>
                <w:sz w:val="21"/>
              </w:rPr>
              <w:t>Full name of PhD candidate</w:t>
            </w:r>
          </w:p>
        </w:tc>
        <w:tc>
          <w:tcPr>
            <w:tcW w:w="6803" w:type="dxa"/>
            <w:tcMar>
              <w:top w:w="75" w:type="dxa"/>
              <w:left w:w="100" w:type="dxa"/>
              <w:bottom w:w="75" w:type="dxa"/>
              <w:right w:w="100" w:type="dxa"/>
            </w:tcMar>
            <w:vAlign w:val="center"/>
          </w:tcPr>
          <w:p w14:paraId="46238A67" w14:textId="77777777" w:rsidR="00B8719A" w:rsidRDefault="00B8719A"/>
        </w:tc>
      </w:tr>
      <w:tr w:rsidR="00B8719A" w14:paraId="1B7338FF" w14:textId="77777777">
        <w:trPr>
          <w:jc w:val="center"/>
        </w:trPr>
        <w:tc>
          <w:tcPr>
            <w:tcW w:w="2835" w:type="dxa"/>
            <w:shd w:val="clear" w:color="auto" w:fill="F2F2F2"/>
            <w:tcMar>
              <w:top w:w="75" w:type="dxa"/>
              <w:left w:w="100" w:type="dxa"/>
              <w:bottom w:w="75" w:type="dxa"/>
              <w:right w:w="100" w:type="dxa"/>
            </w:tcMar>
            <w:vAlign w:val="center"/>
          </w:tcPr>
          <w:p w14:paraId="6E0A9CFB" w14:textId="77777777" w:rsidR="00B8719A" w:rsidRDefault="003B4297">
            <w:r>
              <w:rPr>
                <w:b/>
                <w:sz w:val="21"/>
              </w:rPr>
              <w:t>Current doctoral programme / intake year</w:t>
            </w:r>
          </w:p>
        </w:tc>
        <w:tc>
          <w:tcPr>
            <w:tcW w:w="6803" w:type="dxa"/>
            <w:tcMar>
              <w:top w:w="75" w:type="dxa"/>
              <w:left w:w="100" w:type="dxa"/>
              <w:bottom w:w="75" w:type="dxa"/>
              <w:right w:w="100" w:type="dxa"/>
            </w:tcMar>
            <w:vAlign w:val="center"/>
          </w:tcPr>
          <w:p w14:paraId="28352FB0" w14:textId="77777777" w:rsidR="00B8719A" w:rsidRDefault="00B8719A"/>
        </w:tc>
      </w:tr>
      <w:tr w:rsidR="00B8719A" w14:paraId="28BB7DF5" w14:textId="77777777">
        <w:trPr>
          <w:jc w:val="center"/>
        </w:trPr>
        <w:tc>
          <w:tcPr>
            <w:tcW w:w="2835" w:type="dxa"/>
            <w:shd w:val="clear" w:color="auto" w:fill="F2F2F2"/>
            <w:tcMar>
              <w:top w:w="75" w:type="dxa"/>
              <w:left w:w="100" w:type="dxa"/>
              <w:bottom w:w="75" w:type="dxa"/>
              <w:right w:w="100" w:type="dxa"/>
            </w:tcMar>
            <w:vAlign w:val="center"/>
          </w:tcPr>
          <w:p w14:paraId="2E5E621C" w14:textId="77777777" w:rsidR="00B8719A" w:rsidRDefault="003B4297">
            <w:r>
              <w:rPr>
                <w:b/>
                <w:sz w:val="21"/>
              </w:rPr>
              <w:t>Current supervisor(s) at DUE</w:t>
            </w:r>
          </w:p>
        </w:tc>
        <w:tc>
          <w:tcPr>
            <w:tcW w:w="6803" w:type="dxa"/>
            <w:tcMar>
              <w:top w:w="75" w:type="dxa"/>
              <w:left w:w="100" w:type="dxa"/>
              <w:bottom w:w="75" w:type="dxa"/>
              <w:right w:w="100" w:type="dxa"/>
            </w:tcMar>
            <w:vAlign w:val="center"/>
          </w:tcPr>
          <w:p w14:paraId="75E68CFB" w14:textId="77777777" w:rsidR="00B8719A" w:rsidRDefault="00B8719A"/>
        </w:tc>
      </w:tr>
    </w:tbl>
    <w:p w14:paraId="3BDBF4C0" w14:textId="77777777" w:rsidR="00B8719A" w:rsidRDefault="003B4297">
      <w:pPr>
        <w:spacing w:before="80" w:after="40" w:line="240" w:lineRule="auto"/>
      </w:pPr>
      <w:r>
        <w:rPr>
          <w:b/>
          <w:sz w:val="25"/>
        </w:rPr>
        <w:t>1. Proposed Research Title / Research Area</w:t>
      </w:r>
    </w:p>
    <w:p w14:paraId="00492DF0" w14:textId="77777777" w:rsidR="00B8719A" w:rsidRDefault="003B4297">
      <w:pPr>
        <w:spacing w:line="240" w:lineRule="auto"/>
      </w:pPr>
      <w:r>
        <w:rPr>
          <w:b/>
          <w:sz w:val="22"/>
        </w:rPr>
        <w:t xml:space="preserve">Provisional title: </w:t>
      </w:r>
      <w:r>
        <w:rPr>
          <w:sz w:val="22"/>
        </w:rPr>
        <w:t>________________________________________________________________</w:t>
      </w:r>
    </w:p>
    <w:p w14:paraId="12740EE8" w14:textId="77777777" w:rsidR="00B8719A" w:rsidRDefault="003B4297">
      <w:pPr>
        <w:spacing w:after="40" w:line="240" w:lineRule="auto"/>
      </w:pPr>
      <w:r>
        <w:rPr>
          <w:b/>
          <w:sz w:val="22"/>
        </w:rPr>
        <w:t xml:space="preserve">Research field / area: </w:t>
      </w:r>
      <w:r>
        <w:rPr>
          <w:sz w:val="22"/>
        </w:rPr>
        <w:t>_____________________________________________________________</w:t>
      </w:r>
    </w:p>
    <w:p w14:paraId="096C8F09" w14:textId="77777777" w:rsidR="00B8719A" w:rsidRDefault="003B4297">
      <w:pPr>
        <w:spacing w:before="80" w:after="40" w:line="240" w:lineRule="auto"/>
      </w:pPr>
      <w:r>
        <w:rPr>
          <w:b/>
          <w:sz w:val="25"/>
        </w:rPr>
        <w:t>2. Background and Research Motivation</w:t>
      </w:r>
    </w:p>
    <w:p w14:paraId="24B80952" w14:textId="77777777" w:rsidR="00B8719A" w:rsidRDefault="003B4297">
      <w:pPr>
        <w:spacing w:after="20" w:line="252" w:lineRule="auto"/>
      </w:pPr>
      <w:r>
        <w:rPr>
          <w:i/>
          <w:sz w:val="21"/>
        </w:rPr>
        <w:t xml:space="preserve">Briefly explain the economic or policy issue motivating the study, why it matters, and the broader context in which the proposed research is situated. </w:t>
      </w:r>
      <w:r>
        <w:rPr>
          <w:b/>
          <w:i/>
          <w:sz w:val="21"/>
        </w:rPr>
        <w:t>Suggested length: 150-200 words.</w:t>
      </w:r>
    </w:p>
    <w:p w14:paraId="434A4B8A" w14:textId="77777777" w:rsidR="00B8719A" w:rsidRDefault="003B4297">
      <w:pPr>
        <w:spacing w:line="240" w:lineRule="auto"/>
      </w:pPr>
      <w:r>
        <w:rPr>
          <w:sz w:val="21"/>
        </w:rPr>
        <w:t>________________________________________________________________________________</w:t>
      </w:r>
    </w:p>
    <w:p w14:paraId="1440B465" w14:textId="77777777" w:rsidR="00B8719A" w:rsidRDefault="003B4297">
      <w:pPr>
        <w:spacing w:line="240" w:lineRule="auto"/>
      </w:pPr>
      <w:r>
        <w:rPr>
          <w:sz w:val="21"/>
        </w:rPr>
        <w:t>________________________________________________________________________________</w:t>
      </w:r>
    </w:p>
    <w:p w14:paraId="11553034" w14:textId="77777777" w:rsidR="00B8719A" w:rsidRDefault="003B4297">
      <w:pPr>
        <w:spacing w:line="240" w:lineRule="auto"/>
      </w:pPr>
      <w:r>
        <w:rPr>
          <w:sz w:val="21"/>
        </w:rPr>
        <w:t>________________________________________________________________________________</w:t>
      </w:r>
    </w:p>
    <w:p w14:paraId="0C27067F" w14:textId="77777777" w:rsidR="00B8719A" w:rsidRDefault="003B4297">
      <w:pPr>
        <w:spacing w:line="240" w:lineRule="auto"/>
      </w:pPr>
      <w:r>
        <w:rPr>
          <w:sz w:val="21"/>
        </w:rPr>
        <w:t>________________________________________________________________________________</w:t>
      </w:r>
    </w:p>
    <w:p w14:paraId="5030F42D" w14:textId="77777777" w:rsidR="00B8719A" w:rsidRDefault="003B4297">
      <w:pPr>
        <w:spacing w:before="80" w:after="40" w:line="240" w:lineRule="auto"/>
      </w:pPr>
      <w:r>
        <w:rPr>
          <w:b/>
          <w:sz w:val="25"/>
        </w:rPr>
        <w:t>3. Research Problem, Gap, and Main Research Question(s)</w:t>
      </w:r>
    </w:p>
    <w:p w14:paraId="01144B7A" w14:textId="77777777" w:rsidR="00B8719A" w:rsidRDefault="003B4297">
      <w:pPr>
        <w:spacing w:after="20" w:line="252" w:lineRule="auto"/>
      </w:pPr>
      <w:r>
        <w:rPr>
          <w:i/>
          <w:sz w:val="21"/>
        </w:rPr>
        <w:t xml:space="preserve">State what remains insufficiently understood in the existing literature and formulate the main research question(s) that the study intends to address. </w:t>
      </w:r>
      <w:r>
        <w:rPr>
          <w:b/>
          <w:i/>
          <w:sz w:val="21"/>
        </w:rPr>
        <w:t>Suggested length: 100-150 words.</w:t>
      </w:r>
    </w:p>
    <w:p w14:paraId="02A034BB" w14:textId="77777777" w:rsidR="00B8719A" w:rsidRDefault="003B4297">
      <w:pPr>
        <w:spacing w:line="240" w:lineRule="auto"/>
      </w:pPr>
      <w:r>
        <w:rPr>
          <w:sz w:val="21"/>
        </w:rPr>
        <w:t>________________________________________________________________________________</w:t>
      </w:r>
    </w:p>
    <w:p w14:paraId="5713A042" w14:textId="77777777" w:rsidR="00B8719A" w:rsidRDefault="003B4297">
      <w:pPr>
        <w:spacing w:line="240" w:lineRule="auto"/>
      </w:pPr>
      <w:r>
        <w:rPr>
          <w:sz w:val="21"/>
        </w:rPr>
        <w:t>________________________________________________________________________________</w:t>
      </w:r>
    </w:p>
    <w:p w14:paraId="26F7DD67" w14:textId="77777777" w:rsidR="00B8719A" w:rsidRDefault="003B4297">
      <w:pPr>
        <w:spacing w:line="240" w:lineRule="auto"/>
      </w:pPr>
      <w:r>
        <w:rPr>
          <w:sz w:val="21"/>
        </w:rPr>
        <w:t>________________________________________________________________________________</w:t>
      </w:r>
    </w:p>
    <w:p w14:paraId="0DF58659" w14:textId="77777777" w:rsidR="00B8719A" w:rsidRDefault="003B4297">
      <w:pPr>
        <w:spacing w:line="240" w:lineRule="auto"/>
      </w:pPr>
      <w:r>
        <w:rPr>
          <w:sz w:val="21"/>
        </w:rPr>
        <w:t>________________________________________________________________________________</w:t>
      </w:r>
    </w:p>
    <w:p w14:paraId="1F2FB437" w14:textId="77777777" w:rsidR="00B8719A" w:rsidRDefault="00B8719A">
      <w:pPr>
        <w:pageBreakBefore/>
        <w:spacing w:line="240" w:lineRule="auto"/>
      </w:pPr>
    </w:p>
    <w:p w14:paraId="04215815" w14:textId="77777777" w:rsidR="00B8719A" w:rsidRDefault="003B4297">
      <w:pPr>
        <w:spacing w:before="80" w:after="40" w:line="240" w:lineRule="auto"/>
      </w:pPr>
      <w:r>
        <w:rPr>
          <w:b/>
          <w:sz w:val="25"/>
        </w:rPr>
        <w:t>4. Research Objectives and Expected Hypotheses / Propositions (if applicable)</w:t>
      </w:r>
    </w:p>
    <w:p w14:paraId="0E3CD6A7" w14:textId="77777777" w:rsidR="00B8719A" w:rsidRDefault="003B4297">
      <w:pPr>
        <w:spacing w:after="20" w:line="252" w:lineRule="auto"/>
      </w:pPr>
      <w:r>
        <w:rPr>
          <w:i/>
          <w:sz w:val="21"/>
        </w:rPr>
        <w:t>Identify the principal objectives of the study. Where appropriate, indicate the key hypotheses or propositions to be examined.</w:t>
      </w:r>
    </w:p>
    <w:p w14:paraId="4F0380E9" w14:textId="77777777" w:rsidR="00B8719A" w:rsidRDefault="003B4297">
      <w:pPr>
        <w:spacing w:after="20" w:line="240" w:lineRule="auto"/>
      </w:pPr>
      <w:r>
        <w:rPr>
          <w:b/>
          <w:sz w:val="22"/>
        </w:rPr>
        <w:t xml:space="preserve">1. </w:t>
      </w:r>
      <w:r>
        <w:rPr>
          <w:sz w:val="21"/>
        </w:rPr>
        <w:t>__________________________________________________________________________</w:t>
      </w:r>
    </w:p>
    <w:p w14:paraId="547545FB" w14:textId="77777777" w:rsidR="00B8719A" w:rsidRDefault="003B4297">
      <w:pPr>
        <w:spacing w:after="20" w:line="240" w:lineRule="auto"/>
      </w:pPr>
      <w:r>
        <w:rPr>
          <w:b/>
          <w:sz w:val="22"/>
        </w:rPr>
        <w:t xml:space="preserve">2. </w:t>
      </w:r>
      <w:r>
        <w:rPr>
          <w:sz w:val="21"/>
        </w:rPr>
        <w:t>__________________________________________________________________________</w:t>
      </w:r>
    </w:p>
    <w:p w14:paraId="320A9822" w14:textId="77777777" w:rsidR="00B8719A" w:rsidRDefault="003B4297">
      <w:pPr>
        <w:spacing w:after="20" w:line="240" w:lineRule="auto"/>
      </w:pPr>
      <w:r>
        <w:rPr>
          <w:b/>
          <w:sz w:val="22"/>
        </w:rPr>
        <w:t xml:space="preserve">3. </w:t>
      </w:r>
      <w:r>
        <w:rPr>
          <w:sz w:val="21"/>
        </w:rPr>
        <w:t>__________________________________________________________________________</w:t>
      </w:r>
    </w:p>
    <w:p w14:paraId="5B7B240C" w14:textId="77777777" w:rsidR="00B8719A" w:rsidRDefault="003B4297">
      <w:pPr>
        <w:spacing w:before="80" w:after="40" w:line="240" w:lineRule="auto"/>
      </w:pPr>
      <w:r>
        <w:rPr>
          <w:b/>
          <w:sz w:val="25"/>
        </w:rPr>
        <w:t>5. Proposed Methodology and Data</w:t>
      </w:r>
    </w:p>
    <w:p w14:paraId="1E22B614" w14:textId="77777777" w:rsidR="00B8719A" w:rsidRDefault="003B4297">
      <w:pPr>
        <w:spacing w:after="20" w:line="252" w:lineRule="auto"/>
      </w:pPr>
      <w:r>
        <w:rPr>
          <w:i/>
          <w:sz w:val="21"/>
        </w:rPr>
        <w:t xml:space="preserve">Describe the intended research design, analytical approach, potential data source(s), unit of analysis, study period, and/or identification strategy where relevant. </w:t>
      </w:r>
      <w:r>
        <w:rPr>
          <w:b/>
          <w:i/>
          <w:sz w:val="21"/>
        </w:rPr>
        <w:t>Suggested length: 150-200 words.</w:t>
      </w:r>
    </w:p>
    <w:p w14:paraId="34AFEF50" w14:textId="77777777" w:rsidR="00B8719A" w:rsidRDefault="003B4297">
      <w:pPr>
        <w:spacing w:line="240" w:lineRule="auto"/>
      </w:pPr>
      <w:r>
        <w:rPr>
          <w:sz w:val="21"/>
        </w:rPr>
        <w:t>________________________________________________________________________________</w:t>
      </w:r>
    </w:p>
    <w:p w14:paraId="5C7CA5EE" w14:textId="77777777" w:rsidR="00B8719A" w:rsidRDefault="003B4297">
      <w:pPr>
        <w:spacing w:line="240" w:lineRule="auto"/>
      </w:pPr>
      <w:r>
        <w:rPr>
          <w:sz w:val="21"/>
        </w:rPr>
        <w:t>________________________________________________________________________________</w:t>
      </w:r>
    </w:p>
    <w:p w14:paraId="34F67B72" w14:textId="77777777" w:rsidR="00B8719A" w:rsidRDefault="003B4297">
      <w:pPr>
        <w:spacing w:line="240" w:lineRule="auto"/>
      </w:pPr>
      <w:r>
        <w:rPr>
          <w:sz w:val="21"/>
        </w:rPr>
        <w:t>________________________________________________________________________________</w:t>
      </w:r>
    </w:p>
    <w:p w14:paraId="6EEA920A" w14:textId="77777777" w:rsidR="00B8719A" w:rsidRDefault="003B4297">
      <w:pPr>
        <w:spacing w:line="240" w:lineRule="auto"/>
      </w:pPr>
      <w:r>
        <w:rPr>
          <w:sz w:val="21"/>
        </w:rPr>
        <w:t>________________________________________________________________________________</w:t>
      </w:r>
    </w:p>
    <w:p w14:paraId="37F16A5E" w14:textId="77777777" w:rsidR="00B8719A" w:rsidRDefault="003B4297">
      <w:pPr>
        <w:spacing w:before="80" w:after="40" w:line="240" w:lineRule="auto"/>
      </w:pPr>
      <w:r>
        <w:rPr>
          <w:b/>
          <w:sz w:val="25"/>
        </w:rPr>
        <w:t>6. Expected Academic and Practical / Policy Contributions</w:t>
      </w:r>
    </w:p>
    <w:p w14:paraId="438A5ECE" w14:textId="77777777" w:rsidR="00B8719A" w:rsidRDefault="003B4297">
      <w:pPr>
        <w:spacing w:after="20" w:line="252" w:lineRule="auto"/>
      </w:pPr>
      <w:r>
        <w:rPr>
          <w:i/>
          <w:sz w:val="21"/>
        </w:rPr>
        <w:t xml:space="preserve">Explain how the proposed study may contribute to the academic literature and, where relevant, to policy, practice, or economic decision-making. </w:t>
      </w:r>
      <w:r>
        <w:rPr>
          <w:b/>
          <w:i/>
          <w:sz w:val="21"/>
        </w:rPr>
        <w:t>Suggested length: 100-150 words.</w:t>
      </w:r>
    </w:p>
    <w:p w14:paraId="2E63E9B1" w14:textId="77777777" w:rsidR="00B8719A" w:rsidRDefault="003B4297">
      <w:pPr>
        <w:spacing w:line="240" w:lineRule="auto"/>
      </w:pPr>
      <w:r>
        <w:rPr>
          <w:sz w:val="21"/>
        </w:rPr>
        <w:t>________________________________________________________________________________</w:t>
      </w:r>
    </w:p>
    <w:p w14:paraId="4A08F182" w14:textId="77777777" w:rsidR="00B8719A" w:rsidRDefault="003B4297">
      <w:pPr>
        <w:spacing w:line="240" w:lineRule="auto"/>
      </w:pPr>
      <w:r>
        <w:rPr>
          <w:sz w:val="21"/>
        </w:rPr>
        <w:t>________________________________________________________________________________</w:t>
      </w:r>
    </w:p>
    <w:p w14:paraId="5425E9A2" w14:textId="77777777" w:rsidR="00B8719A" w:rsidRDefault="003B4297">
      <w:pPr>
        <w:spacing w:line="240" w:lineRule="auto"/>
      </w:pPr>
      <w:r>
        <w:rPr>
          <w:sz w:val="21"/>
        </w:rPr>
        <w:t>________________________________________________________________________________</w:t>
      </w:r>
    </w:p>
    <w:p w14:paraId="4D80CAC9" w14:textId="77777777" w:rsidR="00B8719A" w:rsidRDefault="003B4297">
      <w:pPr>
        <w:spacing w:before="80" w:after="40" w:line="240" w:lineRule="auto"/>
      </w:pPr>
      <w:r>
        <w:rPr>
          <w:b/>
          <w:sz w:val="25"/>
        </w:rPr>
        <w:t>7. Relevance to the Cotutelle PhD Arrangement</w:t>
      </w:r>
    </w:p>
    <w:p w14:paraId="60F0602D" w14:textId="77777777" w:rsidR="00B8719A" w:rsidRDefault="003B4297">
      <w:pPr>
        <w:spacing w:after="20" w:line="252" w:lineRule="auto"/>
      </w:pPr>
      <w:r>
        <w:rPr>
          <w:i/>
          <w:sz w:val="21"/>
        </w:rPr>
        <w:t xml:space="preserve">Briefly explain why the proposed topic would benefit from joint supervision between DUE and the University of Lodz, including the expected complementarity in academic expertise, methods, data, or international research exposure. </w:t>
      </w:r>
      <w:r>
        <w:rPr>
          <w:b/>
          <w:i/>
          <w:sz w:val="21"/>
        </w:rPr>
        <w:t>Suggested length: 100-150 words.</w:t>
      </w:r>
    </w:p>
    <w:p w14:paraId="00A6926A" w14:textId="77777777" w:rsidR="00B8719A" w:rsidRDefault="003B4297">
      <w:pPr>
        <w:spacing w:line="240" w:lineRule="auto"/>
      </w:pPr>
      <w:r>
        <w:rPr>
          <w:sz w:val="21"/>
        </w:rPr>
        <w:t>________________________________________________________________________________</w:t>
      </w:r>
    </w:p>
    <w:p w14:paraId="114BADD9" w14:textId="77777777" w:rsidR="00B8719A" w:rsidRDefault="003B4297">
      <w:pPr>
        <w:spacing w:line="240" w:lineRule="auto"/>
      </w:pPr>
      <w:r>
        <w:rPr>
          <w:sz w:val="21"/>
        </w:rPr>
        <w:t>________________________________________________________________________________</w:t>
      </w:r>
    </w:p>
    <w:p w14:paraId="1F59204C" w14:textId="77777777" w:rsidR="00B8719A" w:rsidRDefault="003B4297">
      <w:pPr>
        <w:spacing w:line="240" w:lineRule="auto"/>
      </w:pPr>
      <w:r>
        <w:rPr>
          <w:sz w:val="21"/>
        </w:rPr>
        <w:t>________________________________________________________________________________</w:t>
      </w:r>
    </w:p>
    <w:p w14:paraId="3938C702" w14:textId="77777777" w:rsidR="00B8719A" w:rsidRDefault="003B4297">
      <w:pPr>
        <w:spacing w:before="80" w:after="40" w:line="240" w:lineRule="auto"/>
      </w:pPr>
      <w:r>
        <w:rPr>
          <w:b/>
          <w:sz w:val="25"/>
        </w:rPr>
        <w:t>8. Keywords and Key References</w:t>
      </w:r>
    </w:p>
    <w:p w14:paraId="52376D2E" w14:textId="77777777" w:rsidR="00B8719A" w:rsidRDefault="003B4297">
      <w:pPr>
        <w:spacing w:after="20" w:line="240" w:lineRule="auto"/>
      </w:pPr>
      <w:r>
        <w:rPr>
          <w:b/>
          <w:sz w:val="22"/>
        </w:rPr>
        <w:t xml:space="preserve">Keywords (3-5): </w:t>
      </w:r>
      <w:r>
        <w:rPr>
          <w:sz w:val="21"/>
        </w:rPr>
        <w:t>____________________________________________________________________</w:t>
      </w:r>
    </w:p>
    <w:p w14:paraId="336470F4" w14:textId="77777777" w:rsidR="00B8719A" w:rsidRDefault="003B4297">
      <w:pPr>
        <w:spacing w:after="20" w:line="240" w:lineRule="auto"/>
      </w:pPr>
      <w:r>
        <w:rPr>
          <w:b/>
          <w:sz w:val="22"/>
        </w:rPr>
        <w:t>Key references (up to 5):</w:t>
      </w:r>
    </w:p>
    <w:p w14:paraId="2F4E020E" w14:textId="77777777" w:rsidR="00B8719A" w:rsidRDefault="003B4297">
      <w:pPr>
        <w:spacing w:line="240" w:lineRule="auto"/>
      </w:pPr>
      <w:r>
        <w:rPr>
          <w:sz w:val="21"/>
        </w:rPr>
        <w:t>1. _______________________________________________________________________________</w:t>
      </w:r>
    </w:p>
    <w:p w14:paraId="5EB19C84" w14:textId="77777777" w:rsidR="00B8719A" w:rsidRDefault="003B4297">
      <w:pPr>
        <w:spacing w:line="240" w:lineRule="auto"/>
      </w:pPr>
      <w:r>
        <w:rPr>
          <w:sz w:val="21"/>
        </w:rPr>
        <w:t>2. _______________________________________________________________________________</w:t>
      </w:r>
    </w:p>
    <w:p w14:paraId="5ECE4E17" w14:textId="77777777" w:rsidR="00B8719A" w:rsidRDefault="003B4297">
      <w:pPr>
        <w:spacing w:line="240" w:lineRule="auto"/>
      </w:pPr>
      <w:r>
        <w:rPr>
          <w:sz w:val="21"/>
        </w:rPr>
        <w:t>3. _______________________________________________________________________________</w:t>
      </w:r>
    </w:p>
    <w:p w14:paraId="2B96B5E7" w14:textId="77777777" w:rsidR="00B8719A" w:rsidRDefault="003B4297">
      <w:pPr>
        <w:spacing w:line="240" w:lineRule="auto"/>
      </w:pPr>
      <w:r>
        <w:rPr>
          <w:sz w:val="21"/>
        </w:rPr>
        <w:t>4. _______________________________________________________________________________</w:t>
      </w:r>
    </w:p>
    <w:p w14:paraId="4FCD27D3" w14:textId="77777777" w:rsidR="00B8719A" w:rsidRDefault="003B4297">
      <w:pPr>
        <w:spacing w:line="240" w:lineRule="auto"/>
      </w:pPr>
      <w:r>
        <w:rPr>
          <w:sz w:val="21"/>
        </w:rPr>
        <w:t>5. _______________________________________________________________________________</w:t>
      </w:r>
    </w:p>
    <w:p w14:paraId="0C7D9961" w14:textId="77777777" w:rsidR="00B8719A" w:rsidRDefault="003B4297">
      <w:pPr>
        <w:spacing w:before="100" w:line="240" w:lineRule="auto"/>
        <w:jc w:val="right"/>
      </w:pPr>
      <w:r>
        <w:rPr>
          <w:sz w:val="21"/>
        </w:rPr>
        <w:t>Date: ____ / ____ / ______</w:t>
      </w:r>
    </w:p>
    <w:p w14:paraId="4971DBE7" w14:textId="77777777" w:rsidR="00B8719A" w:rsidRDefault="003B4297">
      <w:pPr>
        <w:spacing w:line="240" w:lineRule="auto"/>
        <w:jc w:val="right"/>
      </w:pPr>
      <w:r>
        <w:rPr>
          <w:sz w:val="21"/>
        </w:rPr>
        <w:t>PhD candidate's signature: __________________________</w:t>
      </w:r>
    </w:p>
    <w:sectPr w:rsidR="00B8719A" w:rsidSect="00034616">
      <w:footerReference w:type="default" r:id="rId8"/>
      <w:pgSz w:w="11906" w:h="16838"/>
      <w:pgMar w:top="822" w:right="1020" w:bottom="765" w:left="1134"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51B58" w14:textId="77777777" w:rsidR="003B4297" w:rsidRDefault="003B4297">
      <w:pPr>
        <w:spacing w:line="240" w:lineRule="auto"/>
      </w:pPr>
      <w:r>
        <w:separator/>
      </w:r>
    </w:p>
  </w:endnote>
  <w:endnote w:type="continuationSeparator" w:id="0">
    <w:p w14:paraId="211E4487" w14:textId="77777777" w:rsidR="003B4297" w:rsidRDefault="003B42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007F" w14:textId="77777777" w:rsidR="00B8719A" w:rsidRDefault="003B4297">
    <w:pPr>
      <w:pStyle w:val="Footer"/>
      <w:jc w:val="center"/>
    </w:pPr>
    <w:r>
      <w:rPr>
        <w:i/>
        <w:sz w:val="17"/>
      </w:rPr>
      <w:t xml:space="preserve">Cotutelle PhD </w:t>
    </w:r>
    <w:proofErr w:type="spellStart"/>
    <w:r>
      <w:rPr>
        <w:i/>
        <w:sz w:val="17"/>
      </w:rPr>
      <w:t>Programme</w:t>
    </w:r>
    <w:proofErr w:type="spellEnd"/>
    <w:r>
      <w:rPr>
        <w:i/>
        <w:sz w:val="17"/>
      </w:rPr>
      <w:t xml:space="preserve"> - DUE &amp; University of Lodz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B2899" w14:textId="77777777" w:rsidR="003B4297" w:rsidRDefault="003B4297">
      <w:pPr>
        <w:spacing w:line="240" w:lineRule="auto"/>
      </w:pPr>
      <w:r>
        <w:separator/>
      </w:r>
    </w:p>
  </w:footnote>
  <w:footnote w:type="continuationSeparator" w:id="0">
    <w:p w14:paraId="1CE0E3AC" w14:textId="77777777" w:rsidR="003B4297" w:rsidRDefault="003B429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72544550">
    <w:abstractNumId w:val="8"/>
  </w:num>
  <w:num w:numId="2" w16cid:durableId="1990163909">
    <w:abstractNumId w:val="6"/>
  </w:num>
  <w:num w:numId="3" w16cid:durableId="1783960922">
    <w:abstractNumId w:val="5"/>
  </w:num>
  <w:num w:numId="4" w16cid:durableId="874927697">
    <w:abstractNumId w:val="4"/>
  </w:num>
  <w:num w:numId="5" w16cid:durableId="1551190314">
    <w:abstractNumId w:val="7"/>
  </w:num>
  <w:num w:numId="6" w16cid:durableId="712658523">
    <w:abstractNumId w:val="3"/>
  </w:num>
  <w:num w:numId="7" w16cid:durableId="716590693">
    <w:abstractNumId w:val="2"/>
  </w:num>
  <w:num w:numId="8" w16cid:durableId="1229538188">
    <w:abstractNumId w:val="1"/>
  </w:num>
  <w:num w:numId="9" w16cid:durableId="201941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B4297"/>
    <w:rsid w:val="005F4D82"/>
    <w:rsid w:val="00AA1D8D"/>
    <w:rsid w:val="00B45A65"/>
    <w:rsid w:val="00B47730"/>
    <w:rsid w:val="00B8719A"/>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3D2DA77-36BF-4320-B89D-A224C6634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Times New Roman" w:eastAsia="Times New Roman" w:hAnsi="Times New Roman"/>
      <w:sz w:val="23"/>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 Dang</dc:creator>
  <cp:keywords/>
  <dc:description>.</dc:description>
  <cp:lastModifiedBy>Dang Huu Man</cp:lastModifiedBy>
  <cp:revision>2</cp:revision>
  <dcterms:created xsi:type="dcterms:W3CDTF">2013-12-23T23:15:00Z</dcterms:created>
  <dcterms:modified xsi:type="dcterms:W3CDTF">2026-08-25T02:09:00Z</dcterms:modified>
  <cp:category/>
</cp:coreProperties>
</file>